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c>
          <w:tcPr>
            <w:tcW w:type="dxa" w:w="4876"/>
          </w:tcPr>
          <w:p>
            <w:r>
              <w:rPr>
                <w:rFonts w:ascii="Times New Roman" w:hAnsi="Times New Roman"/>
                <w:b/>
                <w:i w:val="0"/>
                <w:sz w:val="18"/>
              </w:rPr>
              <w:t>ARTICLE IN PRESS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rFonts w:ascii="Times New Roman" w:hAnsi="Times New Roman"/>
                <w:b/>
                <w:i w:val="0"/>
                <w:sz w:val="18"/>
              </w:rPr>
              <w:t>ORIGINAL ARTICLE</w:t>
            </w:r>
          </w:p>
        </w:tc>
      </w:tr>
    </w:tbl>
    <w:p>
      <w:pPr>
        <w:spacing w:before="280"/>
      </w:pPr>
      <w:r>
        <w:rPr>
          <w:rFonts w:ascii="Times New Roman" w:hAnsi="Times New Roman"/>
          <w:b/>
          <w:i w:val="0"/>
          <w:color w:val="000000"/>
          <w:sz w:val="32"/>
        </w:rPr>
        <w:t>Paper Title: Concise and Descriptive of the Study</w:t>
      </w:r>
    </w:p>
    <w:p>
      <w:pPr>
        <w:spacing w:after="40"/>
      </w:pPr>
      <w:r>
        <w:rPr>
          <w:rFonts w:ascii="Times New Roman" w:hAnsi="Times New Roman"/>
          <w:b/>
          <w:i w:val="0"/>
          <w:sz w:val="22"/>
        </w:rPr>
        <w:t>First Author</w:t>
      </w:r>
      <w:r>
        <w:rPr>
          <w:rFonts w:ascii="Times New Roman" w:hAnsi="Times New Roman"/>
          <w:b/>
          <w:i w:val="0"/>
          <w:sz w:val="22"/>
        </w:rPr>
        <w:t xml:space="preserve">¹*, </w:t>
      </w:r>
      <w:r>
        <w:rPr>
          <w:rFonts w:ascii="Times New Roman" w:hAnsi="Times New Roman"/>
          <w:b/>
          <w:i w:val="0"/>
          <w:sz w:val="22"/>
        </w:rPr>
        <w:t>Second Author</w:t>
      </w:r>
      <w:r>
        <w:rPr>
          <w:rFonts w:ascii="Times New Roman" w:hAnsi="Times New Roman"/>
          <w:b/>
          <w:i w:val="0"/>
          <w:sz w:val="22"/>
        </w:rPr>
        <w:t xml:space="preserve">¹, </w:t>
      </w:r>
      <w:r>
        <w:rPr>
          <w:rFonts w:ascii="Times New Roman" w:hAnsi="Times New Roman"/>
          <w:b/>
          <w:i w:val="0"/>
          <w:sz w:val="22"/>
        </w:rPr>
        <w:t>Third Author</w:t>
      </w:r>
      <w:r>
        <w:rPr>
          <w:rFonts w:ascii="Times New Roman" w:hAnsi="Times New Roman"/>
          <w:b/>
          <w:i w:val="0"/>
          <w:sz w:val="22"/>
        </w:rPr>
        <w:t>²</w:t>
      </w:r>
    </w:p>
    <w:p>
      <w:pPr>
        <w:spacing w:after="40"/>
      </w:pPr>
      <w:r>
        <w:rPr>
          <w:rFonts w:ascii="Times New Roman" w:hAnsi="Times New Roman"/>
          <w:b w:val="0"/>
          <w:i/>
          <w:sz w:val="18"/>
        </w:rPr>
        <w:t>¹Faculty of Computer Science and Information Technology, Universiti Malaya, Kuala Lumpur, Malaysia</w:t>
      </w:r>
    </w:p>
    <w:p>
      <w:pPr>
        <w:spacing w:after="40"/>
      </w:pPr>
      <w:r>
        <w:rPr>
          <w:rFonts w:ascii="Times New Roman" w:hAnsi="Times New Roman"/>
          <w:b w:val="0"/>
          <w:i/>
          <w:sz w:val="18"/>
        </w:rPr>
        <w:t>²Department/Faculty, Institution Name, City, Country</w:t>
      </w:r>
    </w:p>
    <w:p>
      <w:pPr>
        <w:spacing w:after="200"/>
      </w:pPr>
      <w:r>
        <w:rPr>
          <w:rFonts w:ascii="Times New Roman" w:hAnsi="Times New Roman"/>
          <w:b w:val="0"/>
          <w:i/>
          <w:sz w:val="18"/>
        </w:rPr>
        <w:t>*Corresponding author. Email: firstauthor@example.com</w:t>
      </w:r>
    </w:p>
    <w:p>
      <w:pPr>
        <w:pBdr>
          <w:bottom w:val="single" w:sz="6" w:space="4" w:color="000000"/>
        </w:pBdr>
      </w:pPr>
    </w:p>
    <w:p>
      <w:pPr>
        <w:spacing w:before="160"/>
      </w:pPr>
      <w:r>
        <w:rPr>
          <w:rFonts w:ascii="Times New Roman" w:hAnsi="Times New Roman"/>
          <w:b/>
          <w:i w:val="0"/>
          <w:color w:val="000000"/>
          <w:sz w:val="22"/>
        </w:rPr>
        <w:t>Abstract</w:t>
      </w:r>
    </w:p>
    <w:p>
      <w:r>
        <w:rPr>
          <w:rFonts w:ascii="Times New Roman" w:hAnsi="Times New Roman"/>
          <w:b w:val="0"/>
          <w:i w:val="0"/>
          <w:sz w:val="20"/>
        </w:rPr>
        <w:t>The abstract should be a single paragraph of no more than 250 words, summarising the motivation, methodology, key findings, and significance of the work. It must be self-contained and understandable without reference to the main text. Do not include citations, undefined abbreviations, or footnotes in the abstract.</w:t>
      </w:r>
    </w:p>
    <w:p>
      <w:pPr>
        <w:spacing w:after="160"/>
      </w:pPr>
      <w:r>
        <w:rPr>
          <w:rFonts w:ascii="Times New Roman" w:hAnsi="Times New Roman"/>
          <w:b/>
          <w:i w:val="0"/>
          <w:sz w:val="20"/>
        </w:rPr>
        <w:t xml:space="preserve">Keywords: </w:t>
      </w:r>
      <w:r>
        <w:rPr>
          <w:rFonts w:ascii="Times New Roman" w:hAnsi="Times New Roman"/>
          <w:b w:val="0"/>
          <w:i/>
          <w:sz w:val="20"/>
        </w:rPr>
        <w:t>keyword one; keyword two; keyword three; keyword four; keyword five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18"/>
        </w:rPr>
        <w:t xml:space="preserve">Cite as: </w:t>
      </w:r>
      <w:r>
        <w:rPr>
          <w:rFonts w:ascii="Times New Roman" w:hAnsi="Times New Roman"/>
          <w:b w:val="0"/>
          <w:i w:val="0"/>
          <w:sz w:val="18"/>
        </w:rPr>
        <w:t>Surname, F. I., Surname, F. I., &amp; Surname, F. I. (2026). Paper Title: Concise and Descriptive of the Study. Security and Information Applications. https://doi.org/10.5555/jsia.2026.100000</w:t>
      </w:r>
    </w:p>
    <w:p>
      <w:pPr>
        <w:spacing w:after="200"/>
      </w:pPr>
      <w:r>
        <w:rPr>
          <w:rFonts w:ascii="Times New Roman" w:hAnsi="Times New Roman"/>
          <w:b w:val="0"/>
          <w:i/>
          <w:sz w:val="18"/>
        </w:rPr>
        <w:t>Received: [date]   Revised: [date]   Accepted: [date]   Available online: [date]</w:t>
      </w:r>
    </w:p>
    <w:p>
      <w:pPr>
        <w:pBdr>
          <w:bottom w:val="single" w:sz="6" w:space="4" w:color="000000"/>
        </w:pBdr>
      </w:pPr>
    </w:p>
    <w:p>
      <w:pPr>
        <w:sectPr>
          <w:pgSz w:w="11906" w:h="16838"/>
          <w:pgMar w:top="1134" w:right="1077" w:bottom="1134" w:left="1077" w:header="720" w:footer="720" w:gutter="0"/>
          <w:cols w:space="720"/>
          <w:docGrid w:linePitch="360"/>
        </w:sectPr>
      </w:pPr>
    </w:p>
    <w:p>
      <w:pPr>
        <w:pStyle w:val="Heading1"/>
      </w:pPr>
      <w:r>
        <w:t>1. Introduction</w:t>
      </w:r>
    </w:p>
    <w:p>
      <w:r>
        <w:t>State the problem, motivation, and contribution of the paper. Clearly identify the research gap and how this work addresses it. End the introduction with an explicit statement of contributions, e.g.:</w:t>
      </w:r>
    </w:p>
    <w:p>
      <w:pPr>
        <w:pStyle w:val="ListBullet"/>
      </w:pPr>
      <w:r>
        <w:rPr>
          <w:rFonts w:ascii="Times New Roman" w:hAnsi="Times New Roman"/>
          <w:b w:val="0"/>
          <w:i w:val="0"/>
          <w:sz w:val="20"/>
        </w:rPr>
        <w:t>Contribution one.</w:t>
      </w:r>
    </w:p>
    <w:p>
      <w:pPr>
        <w:pStyle w:val="ListBullet"/>
      </w:pPr>
      <w:r>
        <w:rPr>
          <w:rFonts w:ascii="Times New Roman" w:hAnsi="Times New Roman"/>
          <w:b w:val="0"/>
          <w:i w:val="0"/>
          <w:sz w:val="20"/>
        </w:rPr>
        <w:t>Contribution two.</w:t>
      </w:r>
    </w:p>
    <w:p>
      <w:pPr>
        <w:pStyle w:val="ListBullet"/>
      </w:pPr>
      <w:r>
        <w:rPr>
          <w:rFonts w:ascii="Times New Roman" w:hAnsi="Times New Roman"/>
          <w:b w:val="0"/>
          <w:i w:val="0"/>
          <w:sz w:val="20"/>
        </w:rPr>
        <w:t>Contribution three.</w:t>
      </w:r>
    </w:p>
    <w:p>
      <w:r>
        <w:t>The paper is organised as follows. Section 2 reviews related work. Section 3 describes the proposed methodology. Section 4 presents the experimental results. Section 5 concludes the paper.</w:t>
      </w:r>
    </w:p>
    <w:p>
      <w:pPr>
        <w:pStyle w:val="Heading1"/>
      </w:pPr>
      <w:r>
        <w:t>2. Related Work</w:t>
      </w:r>
    </w:p>
    <w:p>
      <w:r>
        <w:t>Position this work against prior literature. Group related studies thematically rather than listing them chronologically. Conclude with a clear statement of the gap that this paper addresses (Author, Year).</w:t>
      </w:r>
    </w:p>
    <w:p>
      <w:pPr>
        <w:pStyle w:val="Heading1"/>
      </w:pPr>
      <w:r>
        <w:t>3. Methodology</w:t>
      </w:r>
    </w:p>
    <w:p>
      <w:r>
        <w:t>Describe the proposed approach, system architecture, dataset, or experimental setup in sufficient detail for reproducibility.</w:t>
      </w:r>
    </w:p>
    <w:p>
      <w:pPr>
        <w:pStyle w:val="Heading2"/>
      </w:pPr>
      <w:r>
        <w:t>3.1 System Overview</w:t>
      </w:r>
    </w:p>
    <w:p>
      <w:r>
        <w:t>Use subsections to organise the methodology logically.</w:t>
      </w:r>
    </w:p>
    <w:p>
      <w:pPr>
        <w:pStyle w:val="Heading2"/>
      </w:pPr>
      <w:r>
        <w:t>3.2 Implementation Details</w:t>
      </w:r>
    </w:p>
    <w:p>
      <w:r>
        <w:t>Describe tools, parameters, and configurations used.</w:t>
      </w:r>
    </w:p>
    <w:p>
      <w:pPr>
        <w:pStyle w:val="Heading1"/>
      </w:pPr>
      <w:r>
        <w:t>4. Results and Discussion</w:t>
      </w:r>
    </w:p>
    <w:p>
      <w:r>
        <w:t>Present quantitative and/or qualitative results. Use tables and figures as needed.</w:t>
      </w:r>
    </w:p>
    <w:tbl>
      <w:tblGrid>
        <w:gridCol w:w="1927"/>
        <w:gridCol w:w="1360"/>
        <w:gridCol w:w="1360"/>
      </w:tblGrid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r>
        <w:tc>
          <w:tcPr>
            <w:tcW w:type="dxa" w:w="1927"/>
          </w:tcPr>
          <w:p>
            <w:r/>
            <w:r>
              <w:rPr>
                <w:rFonts w:ascii="Times New Roman" w:hAnsi="Times New Roman"/>
                <w:b/>
                <w:sz w:val="17"/>
              </w:rPr>
              <w:t>Metric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b/>
                <w:sz w:val="17"/>
              </w:rPr>
              <w:t>Baseline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b/>
                <w:sz w:val="17"/>
              </w:rPr>
              <w:t>Proposed</w:t>
            </w:r>
          </w:p>
        </w:tc>
      </w:tr>
      <w:tr>
        <w:tc>
          <w:tcPr>
            <w:tcW w:type="dxa" w:w="1927"/>
          </w:tcPr>
          <w:p>
            <w:r/>
            <w:r>
              <w:rPr>
                <w:rFonts w:ascii="Times New Roman" w:hAnsi="Times New Roman"/>
                <w:sz w:val="17"/>
              </w:rPr>
              <w:t>Accuracy (%)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85.2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92.7</w:t>
            </w:r>
          </w:p>
        </w:tc>
      </w:tr>
      <w:tr>
        <w:tc>
          <w:tcPr>
            <w:tcW w:type="dxa" w:w="1927"/>
          </w:tcPr>
          <w:p>
            <w:r/>
            <w:r>
              <w:rPr>
                <w:rFonts w:ascii="Times New Roman" w:hAnsi="Times New Roman"/>
                <w:sz w:val="17"/>
              </w:rPr>
              <w:t>F1-score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0.83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0.91</w:t>
            </w:r>
          </w:p>
        </w:tc>
      </w:tr>
      <w:tr>
        <w:tc>
          <w:tcPr>
            <w:tcW w:type="dxa" w:w="1927"/>
          </w:tcPr>
          <w:p>
            <w:r/>
            <w:r>
              <w:rPr>
                <w:rFonts w:ascii="Times New Roman" w:hAnsi="Times New Roman"/>
                <w:sz w:val="17"/>
              </w:rPr>
              <w:t>Latency (ms)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120</w:t>
            </w:r>
          </w:p>
        </w:tc>
        <w:tc>
          <w:tcPr>
            <w:tcW w:type="dxa" w:w="1360"/>
          </w:tcPr>
          <w:p>
            <w:r/>
            <w:r>
              <w:rPr>
                <w:rFonts w:ascii="Times New Roman" w:hAnsi="Times New Roman"/>
                <w:sz w:val="17"/>
              </w:rPr>
              <w:t>95</w:t>
            </w:r>
          </w:p>
        </w:tc>
      </w:tr>
    </w:tbl>
    <w:p>
      <w:pPr>
        <w:spacing w:before="80"/>
      </w:pPr>
      <w:r>
        <w:rPr>
          <w:rFonts w:ascii="Times New Roman" w:hAnsi="Times New Roman"/>
          <w:b w:val="0"/>
          <w:i/>
          <w:sz w:val="18"/>
        </w:rPr>
        <w:t>Table 1. Example table caption.</w:t>
      </w:r>
    </w:p>
    <w:p>
      <w:r>
        <w:t>Discuss the implications of the results, limitations, and comparison with existing approaches.</w:t>
      </w:r>
    </w:p>
    <w:p>
      <w:pPr>
        <w:pStyle w:val="Heading1"/>
      </w:pPr>
      <w:r>
        <w:t>5. Conclusion</w:t>
      </w:r>
    </w:p>
    <w:p>
      <w:r>
        <w:t>Summarise the key findings and their significance. State limitations and suggest directions for future work. Do not introduce new material in this section.</w:t>
      </w:r>
    </w:p>
    <w:p>
      <w:pPr>
        <w:pStyle w:val="Heading1"/>
      </w:pPr>
      <w:r>
        <w:t>Acknowledgements</w:t>
      </w:r>
    </w:p>
    <w:p>
      <w:r>
        <w:t>Acknowledge funding sources, grant numbers, and any technical or editorial assistance.</w:t>
      </w:r>
    </w:p>
    <w:p>
      <w:pPr>
        <w:pStyle w:val="Heading1"/>
      </w:pPr>
      <w:r>
        <w:t>References</w:t>
      </w:r>
    </w:p>
    <w:p>
      <w:r>
        <w:t>Use APA (author-year) style. Example: Author, A., &amp; Author, B. (2026). An example reference for the JSIA manuscript template. Security and Information Applications. https://doi.org/10.5555/jsia.2026.100000</w:t>
      </w:r>
    </w:p>
    <w:p>
      <w:pPr>
        <w:sectPr>
          <w:type w:val="continuous"/>
          <w:pgSz w:w="11906" w:h="16838"/>
          <w:pgMar w:top="1134" w:right="1077" w:bottom="1134" w:left="1077" w:header="720" w:footer="720" w:gutter="0"/>
          <w:cols w:space="340" w:num="2"/>
          <w:docGrid w:linePitch="360"/>
        </w:sectPr>
      </w:pPr>
    </w:p>
    <w:p/>
    <w:p>
      <w:pPr>
        <w:pBdr>
          <w:top w:val="single" w:sz="6" w:space="6" w:color="000000"/>
          <w:bottom w:val="single" w:sz="6" w:space="6" w:color="000000"/>
          <w:left w:val="single" w:sz="6" w:space="6" w:color="000000"/>
          <w:right w:val="single" w:sz="6" w:space="6" w:color="000000"/>
        </w:pBdr>
      </w:pPr>
      <w:r>
        <w:rPr>
          <w:rFonts w:ascii="Times New Roman" w:hAnsi="Times New Roman"/>
          <w:b/>
          <w:i w:val="0"/>
          <w:color w:val="000000"/>
          <w:sz w:val="19"/>
        </w:rPr>
        <w:t xml:space="preserve">Author Guidelines: </w:t>
      </w:r>
      <w:r>
        <w:rPr>
          <w:rFonts w:ascii="Times New Roman" w:hAnsi="Times New Roman"/>
          <w:b w:val="0"/>
          <w:i w:val="0"/>
          <w:sz w:val="19"/>
        </w:rPr>
        <w:t>Manuscripts must not exceed 12 pages (including references, tables, and figures) in this two-column, 10pt Times New Roman format. Margins: 1.9 cm on all sides. Figures and tables should be placed close to their first citation. Number all equations, tables, and figures consecutively. The Cite-as line and DOI are assigned by the editorial office at acceptance and should be left as placeholders until then. Submit as a single Word (.docx) or LaTeX (using the accompanying JSIA_Template.tex file) file via the JSIA OJS submission system.</w:t>
      </w:r>
    </w:p>
    <w:sectPr w:rsidR="00FC693F" w:rsidRPr="0006063C" w:rsidSect="00034616">
      <w:type w:val="continuous"/>
      <w:pgSz w:w="11906" w:h="16838"/>
      <w:pgMar w:top="1134" w:right="1077" w:bottom="1134" w:left="1077" w:header="720" w:footer="720" w:gutter="0"/>
      <w:cols w:space="340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i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